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סיפורים קצרים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פרטי העלילה והדמויות בשלושה סיפורים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מחברים ומסרים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יעילות לחזרה ולמידה בעזרת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מאבדת מחרוזת שאולה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המחרוזת המקורית הייתה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נוסעים במרכבה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בנו נפטר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לסוס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עשרים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מבוקש על ידי המשטרה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ובעלה עבדו קשה שנים כדי לשלם על המחרוזת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הנוסעים מתעלמים ממנו או כועסים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לא מסוגל לעצור את חברו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סיפור נכתב על ידי סופר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מוצג בדף הכרטיסיות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מחרוזת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עגלון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סיפור למחבר ולנושא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(אישה מאבדת מחרוזת שאולה)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(עגלון מנסה לשתף בצערו)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(שני חברים נפגשים אחרי שנים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(שאלה בצד אחד ותשובה בצד 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(שיטה לעצור ולנשום לפני תשובה)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מחלק/ת את הכיתה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קבוצה מקבלת כרטיסיות לתרגול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קבוצה עונה נכון וזוכה לצעד קדימה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התשובה שגויה, הקבוצה הבאה מנסה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 המשחק בודקים אילו כרטיסים חזרו הכי הרבה פעמים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חשיבות הכנות, הסכנה שבגאווה ורדיפה אחרי מראית עין חיצונית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בני האדם לא מקשיבים לו, רק הסוס נשאר שותק וסבלני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בגלל הקשר האישי והחברות הישנה ביניהם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לפי אחד משלושת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לעצירה, נשימה ומענה רגוע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הזוגות או מרוץ הקבוצות כפי שמוצע בדף הכרטיסיות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להזכיר לתלמידים את שיטת עש״ן ד״ק לפני תרגילי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לשניים: חלק ראשון בזוגות, חלק הכתיבה הקצרה באופן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סיפורים קצרים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שלושה סיפורים קצרים. התרגילים עוזרים לזכור מה קרה בכל 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קטן עם שאלה בצד אחד ותשובה בצד 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דמות שמופיעים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שהסיפור רוצה להעביר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שכתב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שוב של דברים שלמדנו כדי לזכור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עוצרים, נושמים, ורק אז עונים - שיטה להתמודדות עם לחץ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לאישה בסיפור המחרוזת?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מוצאת מחרוזת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מאבדת מחרוזת שאולה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קונה מחרוזת זולה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יורשת מחרוזת מסבתה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מתגלה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המחרוזת המקורית הייתה מזויפת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האישה מצאה את המחרוזת האבודה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בעלה קנה לה מחרוזת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חברתה סלחה לה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מי מנסה העגלון לדבר?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נוסעים במרכבה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העגלון עצוב כל 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איבד את עבודתו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 נפטר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הסוס שלו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עבר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הוא מספר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לסוס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לאשתו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לחברו הטוב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שנים עברו עד שהחברים נפגשו?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קרה לאחד החברים עם השנים?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 מפורסם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מבוקש על ידי המשטרה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בבית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״המחרוזת״ האישה עובדת שנים רבות כדי להחזיר את החוב על המחרוזת.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״יגון״ הנוסעים מקשיבים בסבלנות לצערו של העגלון.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״מקץ עשרים שנה״ השוטר שמזהה את חברו שולח שוטר אחר לעצור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שלושת הסיפורים נכתבו על ידי אותו מחבר.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בכרטיסיות אפשר לשחק לבד, בזוגות או בקבוצות.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״המחרוזת״ האישה שואלת __________ מחברתה כדי להיראות מכובדת במסיבה.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״יגון״ הדמות הראשית היא __________ שמוביל נוסעים במרכבה.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בסיפור ״מקץ עשרים שנה״ שני החברים קובעים להיפגש שוב במקום מסוים אחרי __________ 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בשיטת החזרה בכרטיסיות, כרטיס שלא ידעתם __________ בסוף החפיסה.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עונים תחת לחץ זמן, אפשר להשתמש בשיטת עש״ן ד״ק: עוצרים, __________, ורק אז עונים.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סיפור למחבר ולנושא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שיטה לעצור ולנשום לפני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אישה מאבדת מחרוזת שאולה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מקץ עשרים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עגלון מנסה לשתף בצערו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כרטיסיה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שני חברים נפגשים אחרי שנים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עש״ן ד״ק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בצד אחד ותשובה בצד שני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המשחק בודקים אילו כרטיסים חזרו הכי הרבה פעמים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מחלק/ת את הכיתה לקבוצות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התשובה שגויה, הקבוצה הבאה מנסה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עונה נכון וזוכה לצעד קדימה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מקבלת כרטיסיות לתרגול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המסר המרכזי שאפשר ללמוד מהסיפור ״המחרוזת״?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דווקא הסוס הוא מי שמקשיב לעגלון בסיפור ״יגון״?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קשה לשוטר בסיפור ״מקץ עשרים שנה״ לעצור את חברו בעצמו?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סיפור אחד ואת שם הדמות הראשית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שיטת עש״ן ד״ק ולמה היא עוזרת?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מהשלושה סיפורים מצא חן בעיניכם ביותר ולמה, בכמה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חזרה - סיפורים קצרים מהעולם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