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פרטי העלילה והדמויות בשלושה סיפורים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מחברים ומסרים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יעילות לחזרה ולמידה בעזרת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מאבדת מחרוזת שאולה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נוסעים במרכבה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בנו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ובעלה עבדו קשה שנים כדי לשלם על המחרוזת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הנוסעים מתעלמים ממנו או כועסים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לא מסוגל לעצור את חברו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מחרוזת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עגלון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סיפור למחבר ולנושא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(אישה מאבדת מחרוזת שאולה)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(עגלון מנסה לשתף בצערו)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 חברים נפגשים אחרי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בצד אחד ותשובה בצד 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מחלק/ת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קבוצה מקבלת כרטיסיות לתרגול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קבוצה עונה נכון וזוכה לצעד קדימה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שגויה, הקבוצה הבאה מנסה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חשיבות הכנות, הסכנה שבגאווה ורדיפה אחרי מראית עין חיצונית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הקשר האישי והחברות הישנה ביניהם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אחד משלושת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לעצירה, נשימה ומענה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הזוגות או מרוץ הקבוצות כפי שמוצע בדף הכרטיסיות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להזכיר לתלמידים את שיטת עש״ן ד״ק לפני תרגילי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ראשון בזוגות, חלק הכתיבה הקצרה באופן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סיפורים קצרים מהעולם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שלושה סיפורים קצרים מהעולם שנלמדים בעזרת כרטיסיות: המחרוזת, יגון ומקץ עשרים שנה. התרגילים בודקים הבנה, פרטים ומסרים.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מחרוזת  ·  עשרים  ·  עגלון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הסיפור ״המחרוזת״ עוסק באישה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מוצאת מחרוזת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מאבדת מחרוזת שאולה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קונה מחרוזת 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בסיפור ״יגון״ הדמות הראשית מנסה לשתף את צערה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נוסעים במרכבה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גורם לצער הגדול של גיבור ״יגון״?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איבד את עבודתו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בנו נפטר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הסוס שלו 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״המחרוזת״ האישה עובדת שנים רבות כדי להחזיר את החוב על המחרוזת.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״יגון״ הנוסעים מקשיבים בסבלנות לצערו של העגלון.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״מקץ עשרים שנה״ השוטר שמזהה את חברו שולח שוטר אחר לעצור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״המחרוזת״ האישה שואלת __________ מחברתה כדי להיראות מכובדת במסיבה.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״יגון״ הדמות הראשית היא __________ שמוביל נוסעים במרכבה.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בסיפור ״מקץ עשרים שנה״ שני החברים קובעים להיפגש שוב במקום מסוים אחרי __________ שנה.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סיפור למחבר ולנושא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שני חברים נפגשים אחרי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בצד אחד ותשובה בצד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אישה מאבדת מחרוזת שאולה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כרטיסיה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עגלון מנסה לשתף בצערו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התשובה שגויה, הקבוצה הבאה מנסה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קבוצה עונה נכון וזוכה לצעד קדימה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מחלק/ת את הכיתה לקבוצות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קבוצה מקבלת כרטיסיות לתרגול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המסר המרכזי שאפשר ללמוד מהסיפור ״המחרוזת״?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קשה לשוטר בסיפור ״מקץ עשרים שנה״ לעצור את חברו בעצמו?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שם של סיפור אחד ואת שם הדמות הראשית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שיטת עש״ן ד״ק ולמה היא עוזרת?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סיפורים קצרים מהעולם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